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Жалоба в прокуратуру</w:t>
      </w:r>
    </w:p>
    <w:p>
      <w:pPr>
        <w:spacing w:after="120"/>
      </w:pPr>
      <w:r>
        <w:t>Прокурору города Калининграда (Калининградской области)</w:t>
      </w:r>
    </w:p>
    <w:p>
      <w:pPr>
        <w:spacing w:after="120"/>
      </w:pPr>
      <w:r>
        <w:t>от ФИО, адрес, телефон, e-mail</w:t>
      </w:r>
    </w:p>
    <w:p>
      <w:pPr>
        <w:spacing w:after="120"/>
      </w:pPr>
    </w:p>
    <w:p>
      <w:pPr>
        <w:spacing w:after="120"/>
      </w:pPr>
      <w:r>
        <w:t>ЖАЛОБА (на действия/бездействие, нарушение прав)</w:t>
      </w:r>
    </w:p>
    <w:p>
      <w:pPr>
        <w:spacing w:after="120"/>
      </w:pPr>
    </w:p>
    <w:p>
      <w:pPr>
        <w:spacing w:after="120"/>
      </w:pPr>
      <w:r>
        <w:t>«___»_________ ____ г. (описать события по порядку: что произошло, кто нарушил, какие права затронуты).</w:t>
      </w:r>
    </w:p>
    <w:p>
      <w:pPr>
        <w:spacing w:after="120"/>
      </w:pPr>
      <w:r>
        <w:t>Я обращался(лась) в ____________ с заявлением от «___»_________ ____ г., однако (ответ не получен / получен отказ / меры не приняты).</w:t>
      </w:r>
    </w:p>
    <w:p>
      <w:pPr>
        <w:spacing w:after="120"/>
      </w:pPr>
      <w:r>
        <w:t>Указанные действия (бездействие) нарушают мои права, гарантированные (указать законы).</w:t>
      </w:r>
    </w:p>
    <w:p>
      <w:pPr>
        <w:spacing w:after="120"/>
      </w:pPr>
      <w:r>
        <w:t>На основании ст. 10 ФЗ «О прокуратуре РФ»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Провести прокурорскую проверку изложенных фактов.</w:t>
      </w:r>
    </w:p>
    <w:p>
      <w:pPr>
        <w:spacing w:after="120"/>
      </w:pPr>
      <w:r>
        <w:t>2. Принять меры прокурорского реагирования.</w:t>
      </w:r>
    </w:p>
    <w:p>
      <w:pPr>
        <w:spacing w:after="120"/>
      </w:pPr>
      <w:r>
        <w:t>3. О результатах рассмотрения сообщить мне в письменной форме.</w:t>
      </w:r>
    </w:p>
    <w:p>
      <w:pPr>
        <w:spacing w:after="120"/>
      </w:pPr>
    </w:p>
    <w:p>
      <w:pPr>
        <w:spacing w:after="120"/>
      </w:pPr>
      <w:r>
        <w:t>Приложения: копии обращений, ответов, доказательства.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