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Заявление о банкротстве физического лица (основные сведения)</w:t>
      </w:r>
    </w:p>
    <w:p>
      <w:pPr>
        <w:spacing w:after="120"/>
      </w:pPr>
      <w:r>
        <w:t>В Арбитражный суд Калининградской области</w:t>
      </w:r>
    </w:p>
    <w:p>
      <w:pPr>
        <w:spacing w:after="120"/>
      </w:pPr>
      <w:r>
        <w:t>Должник: ФИО, дата рождения, адрес регистрации, СНИЛС, ИНН</w:t>
      </w:r>
    </w:p>
    <w:p>
      <w:pPr>
        <w:spacing w:after="120"/>
      </w:pPr>
    </w:p>
    <w:p>
      <w:pPr>
        <w:spacing w:after="120"/>
      </w:pPr>
      <w:r>
        <w:t>ЗАЯВЛЕНИЕ о признании гражданина банкротом</w:t>
      </w:r>
    </w:p>
    <w:p>
      <w:pPr>
        <w:spacing w:after="120"/>
      </w:pPr>
    </w:p>
    <w:p>
      <w:pPr>
        <w:spacing w:after="120"/>
      </w:pPr>
      <w:r>
        <w:t>Общая сумма обязательств перед кредиторами составляет ______ руб., в том числе: (перечень кредиторов с суммами).</w:t>
      </w:r>
    </w:p>
    <w:p>
      <w:pPr>
        <w:spacing w:after="120"/>
      </w:pPr>
      <w:r>
        <w:t>Обязательства возникли вследствие: (кредитные договоры, займы - указать реквизиты).</w:t>
      </w:r>
    </w:p>
    <w:p>
      <w:pPr>
        <w:spacing w:after="120"/>
      </w:pPr>
      <w:r>
        <w:t>Возможность удовлетворить требования кредиторов в полном объёме отсутствует в связи с: (утрата работы, болезнь и т.д.).</w:t>
      </w:r>
    </w:p>
    <w:p>
      <w:pPr>
        <w:spacing w:after="120"/>
      </w:pPr>
      <w:r>
        <w:t>Признаки неплатёжеспособности и недостаточности имущества налицо: совокупный доход ______ руб., обязательные платежи ______ руб.</w:t>
      </w:r>
    </w:p>
    <w:p>
      <w:pPr>
        <w:spacing w:after="120"/>
      </w:pPr>
      <w:r>
        <w:t>На основании ст. 213.4 ФЗ «О несостоятельности (банкротстве)»</w:t>
      </w:r>
    </w:p>
    <w:p>
      <w:pPr>
        <w:spacing w:after="120"/>
      </w:pPr>
    </w:p>
    <w:p>
      <w:pPr>
        <w:spacing w:after="120"/>
      </w:pPr>
      <w:r>
        <w:t>ПРОШУ:</w:t>
      </w:r>
    </w:p>
    <w:p>
      <w:pPr>
        <w:spacing w:after="120"/>
      </w:pPr>
      <w:r>
        <w:t>1. Признать меня несостоятельным (банкротом).</w:t>
      </w:r>
    </w:p>
    <w:p>
      <w:pPr>
        <w:spacing w:after="120"/>
      </w:pPr>
      <w:r>
        <w:t>2. Ввести процедуру реализации имущества гражданина.</w:t>
      </w:r>
    </w:p>
    <w:p>
      <w:pPr>
        <w:spacing w:after="120"/>
      </w:pPr>
      <w:r>
        <w:t>3. Утвердить финансового управляющего из СРО ____________.</w:t>
      </w:r>
    </w:p>
    <w:p>
      <w:pPr>
        <w:spacing w:after="120"/>
      </w:pPr>
    </w:p>
    <w:p>
      <w:pPr>
        <w:spacing w:after="120"/>
      </w:pPr>
      <w:r>
        <w:t>Приложения: список кредиторов и должников, опись имущества, справки о доходах, выписки из банков, справка о статусе ИП, квитанция госпошлины, документ о внесении депозита 25 000 руб.</w:t>
      </w:r>
    </w:p>
    <w:p>
      <w:pPr>
        <w:spacing w:after="120"/>
      </w:pPr>
      <w:r>
        <w:t>Дата, подпись</w:t>
      </w:r>
    </w:p>
    <w:p/>
    <w:p>
      <w:r>
        <w:t>Внимание: это примерный шаблон. Перед подачей документа проконсультируйтесь с юристом - каждая ситуация индивидуальна.</w:t>
      </w:r>
    </w:p>
    <w:p>
      <w:r>
        <w:t>Юридическая компания «ВАШ ЮРИСТ», Калининград, пл. Победы 10, каб. 207. Тел: 8 (922) 208-32-22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