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Исковое заявление о восстановлении на работе</w:t>
      </w:r>
    </w:p>
    <w:p>
      <w:pPr>
        <w:spacing w:after="120"/>
      </w:pPr>
      <w:r>
        <w:t>В ___________________ районный суд г. Калининграда</w:t>
      </w:r>
    </w:p>
    <w:p>
      <w:pPr>
        <w:spacing w:after="120"/>
      </w:pPr>
      <w:r>
        <w:t>Истец: ФИО, адрес, телефон</w:t>
      </w:r>
    </w:p>
    <w:p>
      <w:pPr>
        <w:spacing w:after="120"/>
      </w:pPr>
      <w:r>
        <w:t>Ответчик: наименование работодателя, адрес</w:t>
      </w:r>
    </w:p>
    <w:p>
      <w:pPr>
        <w:spacing w:after="120"/>
      </w:pPr>
    </w:p>
    <w:p>
      <w:pPr>
        <w:spacing w:after="120"/>
      </w:pPr>
      <w:r>
        <w:t>ИСКОВОЕ ЗАЯВЛЕНИЕ о восстановлении на работе</w:t>
      </w:r>
    </w:p>
    <w:p>
      <w:pPr>
        <w:spacing w:after="120"/>
      </w:pPr>
    </w:p>
    <w:p>
      <w:pPr>
        <w:spacing w:after="120"/>
      </w:pPr>
      <w:r>
        <w:t>Я работал(а) у ответчика в должности __________ с «___»_________ ____ г. (трудовой договор № ___).</w:t>
      </w:r>
    </w:p>
    <w:p>
      <w:pPr>
        <w:spacing w:after="120"/>
      </w:pPr>
      <w:r>
        <w:t>Приказом № ___ от «___»_________ ____ г. я был(а) уволен(а) по п. ___ ст. 81 ТК РФ.</w:t>
      </w:r>
    </w:p>
    <w:p>
      <w:pPr>
        <w:spacing w:after="120"/>
      </w:pPr>
      <w:r>
        <w:t>Увольнение считаю незаконным, поскольку: (указать основания - не было основания, нарушен порядок, отсутствовал дисциплинарный проступок и т.д.).</w:t>
      </w:r>
    </w:p>
    <w:p>
      <w:pPr>
        <w:spacing w:after="120"/>
      </w:pPr>
      <w:r>
        <w:t>На основании ст. 391-394 ТК РФ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Признать увольнение незаконным.</w:t>
      </w:r>
    </w:p>
    <w:p>
      <w:pPr>
        <w:spacing w:after="120"/>
      </w:pPr>
      <w:r>
        <w:t>2. Восстановить меня на работе в прежней должности.</w:t>
      </w:r>
    </w:p>
    <w:p>
      <w:pPr>
        <w:spacing w:after="120"/>
      </w:pPr>
      <w:r>
        <w:t>3. Взыскать средний заработок за время вынужденного прогула.</w:t>
      </w:r>
    </w:p>
    <w:p>
      <w:pPr>
        <w:spacing w:after="120"/>
      </w:pPr>
      <w:r>
        <w:t>4. Взыскать компенсацию морального вреда в размере ______ руб.</w:t>
      </w:r>
    </w:p>
    <w:p>
      <w:pPr>
        <w:spacing w:after="120"/>
      </w:pPr>
    </w:p>
    <w:p>
      <w:pPr>
        <w:spacing w:after="120"/>
      </w:pPr>
      <w:r>
        <w:t>Приложения: копия приказа об увольнении, трудовой договор, копия иска.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