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Исковое заявление о расторжении брака</w:t>
      </w:r>
    </w:p>
    <w:p>
      <w:pPr>
        <w:spacing w:after="120"/>
      </w:pPr>
      <w:r>
        <w:t>В ___________________ районный суд г. Калининграда</w:t>
      </w:r>
    </w:p>
    <w:p>
      <w:pPr>
        <w:spacing w:after="120"/>
      </w:pPr>
      <w:r>
        <w:t>Истец: ФИО, дата рождения, адрес, телефон</w:t>
      </w:r>
    </w:p>
    <w:p>
      <w:pPr>
        <w:spacing w:after="120"/>
      </w:pPr>
      <w:r>
        <w:t>Ответчик: ФИО, дата рождения, адрес</w:t>
      </w:r>
    </w:p>
    <w:p>
      <w:pPr>
        <w:spacing w:after="120"/>
      </w:pPr>
    </w:p>
    <w:p>
      <w:pPr>
        <w:spacing w:after="120"/>
      </w:pPr>
      <w:r>
        <w:t>ИСКОВОЕ ЗАЯВЛЕНИЕ о расторжении брака</w:t>
      </w:r>
    </w:p>
    <w:p>
      <w:pPr>
        <w:spacing w:after="120"/>
      </w:pPr>
    </w:p>
    <w:p>
      <w:pPr>
        <w:spacing w:after="120"/>
      </w:pPr>
      <w:r>
        <w:t>«___»_________ ____ г. я вступил(а) в брак с ответчиком, что подтверждается свидетельством о заключении брака (серия, номер, дата выдачи).</w:t>
      </w:r>
    </w:p>
    <w:p>
      <w:pPr>
        <w:spacing w:after="120"/>
      </w:pPr>
      <w:r>
        <w:t>Совместная жизнь не сложилась, брачные отношения фактически прекращены с «___»_________ ____ г. Дальнейшая совместная жизнь невозможна.</w:t>
      </w:r>
    </w:p>
    <w:p>
      <w:pPr>
        <w:spacing w:after="120"/>
      </w:pPr>
      <w:r>
        <w:t>От брака имеются несовершеннолетние дети: ФИО, даты рождения (при наличии).</w:t>
      </w:r>
    </w:p>
    <w:p>
      <w:pPr>
        <w:spacing w:after="120"/>
      </w:pPr>
      <w:r>
        <w:t>На основании ст. 21-23 Семейного кодекса РФ</w:t>
      </w:r>
    </w:p>
    <w:p>
      <w:pPr>
        <w:spacing w:after="120"/>
      </w:pPr>
    </w:p>
    <w:p>
      <w:pPr>
        <w:spacing w:after="120"/>
      </w:pPr>
      <w:r>
        <w:t>ПРОШУ:</w:t>
      </w:r>
    </w:p>
    <w:p>
      <w:pPr>
        <w:spacing w:after="120"/>
      </w:pPr>
      <w:r>
        <w:t>1. Расторгнуть брак между истцом и ответчиком, зарегистрированный «___»_________ ____ г. в ______________.</w:t>
      </w:r>
    </w:p>
    <w:p>
      <w:pPr>
        <w:spacing w:after="120"/>
      </w:pPr>
      <w:r>
        <w:t>2. Определить место жительства несовершеннолетних детей с истцом (при необходимости).</w:t>
      </w:r>
    </w:p>
    <w:p>
      <w:pPr>
        <w:spacing w:after="120"/>
      </w:pPr>
    </w:p>
    <w:p>
      <w:pPr>
        <w:spacing w:after="120"/>
      </w:pPr>
      <w:r>
        <w:t>Приложения: копия искового заявления, свидетельство о браке, свидетельства о рождении детей, квитанция госпошлины.</w:t>
      </w:r>
    </w:p>
    <w:p>
      <w:pPr>
        <w:spacing w:after="120"/>
      </w:pPr>
      <w:r>
        <w:t>Дата, подпись</w:t>
      </w:r>
    </w:p>
    <w:p/>
    <w:p>
      <w:r>
        <w:t>Внимание: это примерный шаблон. Перед подачей документа проконсультируйтесь с юристом - каждая ситуация индивидуальна.</w:t>
      </w:r>
    </w:p>
    <w:p>
      <w:r>
        <w:t>Юридическая компания «ВАШ ЮРИСТ», Калининград, пл. Победы 10, каб. 207. Тел: 8 (922) 208-32-22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